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PATCH PANELS, FACEPLATES &amp; KEYSTONE MODULES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DT968MX Cat6 Tool-Free Network Module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DT968MX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4640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11_dt968mx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640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DT968MX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Network and voice keystone modules for structured cabling termination.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Patch Panels, Faceplates &amp; Keystone Modules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modules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DT968MX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Keystone module installation, Patch panels and faceplates, Voice and data cabling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Type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Material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DT968MX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DT968MX Cat6 Tool-Free Network Module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Network module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Class VI / Cat6 module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Impact-resistant ABS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Network module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Class VI / Cat6 module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Material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Impact-resistant ABS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Features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Tool-free / feed-through (catalog wording normalized)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Connection module between faceplate and network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Network &amp; Voice Keystone Module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Structured Cabling Accessory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Keystone module installation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Patch panels and faceplates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Voice and data cabling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DT968MX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modules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modules</dc:title>
  <dc:subject>NexPro English product specification</dc:subject>
  <dc:creator>NexPro</dc:creator>
  <cp:keywords>DT968MX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