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SMART LOCK &amp; ELECTRONIC ACCESS HARDWARE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Smartphone App Fingerprint Password Smart Lock NX-SL-RX2066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NX-SL-RX2066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2580"/>
        <w:gridCol w:w="2580"/>
        <w:gridCol w:w="2580"/>
        <w:gridCol w:w="2580"/>
      </w:tblGrid>
      <w:tr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592920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99_main_product_image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2920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614516" cy="1143000"/>
                  <wp:docPr id="3" name="Picture 3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100_dimension_drawing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4516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326313" cy="1143000"/>
                  <wp:docPr id="4" name="Picture 4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106_dimension_drawing.jpg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6313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493381" cy="1143000"/>
                  <wp:docPr id="5" name="Picture 5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107_lock_body_image.jpg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381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NX-SL-RX2066 · Primary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NX-SL-RX2066 · Gallery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NX-SL-RX2066 · Gallery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NX-SL-RX2066 · Gallery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A smartphone app, fingerprint, password, card, mechanical key smart door lock with zinc alloy, 304 stainless steel construction. Designed for apartment, commercial building, office access applications.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Smart Lock &amp; Electronic Access Hardware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Fingerprint Anti-theft Lock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NX-SL-RX2066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Apartment, Commercial Building, Office Access, Rental Property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family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Access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Application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NX-SL-RX2066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Smartphone App Fingerprint Password Smart Lock NX-SL-RX2066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Smart Door Locks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Smartphone App / Fingerprint / Password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Apartment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family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Smart Door Locks; Smart Lock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Access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Smartphone App / Fingerprint / Password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Apartment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Sensor resistance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4H pencil, 20cm continuous 1000 impacts without damage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Sensor resolution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500dp / 500dpi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Start time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&lt; 1 second seconds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Rejection rate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&lt;=1%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Fake admission rate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&lt;=0.0001%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Fingerprint capacity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100 pieces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Comparison method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1:N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Finger usage angle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360 degrees °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Fingerprint registration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Generate at once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Fingerprint update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Automatic update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Data retention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 loss due to power outage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Light interference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Avoid direct sunlight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Working temperature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-10 to 55 C °C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Storage temperature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-20 to 70 C °C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Working humidity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10% to 90%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Battery life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Open the door 11000 times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Working voltage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DC 6V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Power supply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Battery powered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Low pressure alarm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4.9V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Backup power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Power bank or other mobile power supply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Antistatic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Contact discharge 8KV / Air discharge 15KV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Code capacity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100 sets pieces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Password design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Change at will combination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Password length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8 digits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Series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Fingerprint Anti-theft Lock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branding, finish, packaging and software scope</w:t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NexPro Smartphone App Fingerprint Password Smart Lock NX-SL-RX2066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Relationship Id="rId13" Type="http://schemas.openxmlformats.org/officeDocument/2006/relationships/image" Target="media/image4.jpg"/><Relationship Id="rId14" Type="http://schemas.openxmlformats.org/officeDocument/2006/relationships/image" Target="media/image5.jpg"/><Relationship Id="rId15" Type="http://schemas.openxmlformats.org/officeDocument/2006/relationships/image" Target="media/image6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NexPro Smartphone App Fingerprint Password Smart Lock NX-SL-RX2066</dc:title>
  <dc:subject>NexPro English product specification</dc:subject>
  <dc:creator>NexPro</dc:creator>
  <cp:keywords>NX-SL-RX2066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