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NX-SL-3S02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NX-SL-3S02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337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0896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3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6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992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5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13883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6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88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241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2_lock_body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28684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3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8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Face-recognition 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NX-SL-3S02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NX-SL-3S02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NX-SL-3S02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Face-recognition 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Fingerprint Password Smart Lock NX-SL-3S02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Fingerprint Password Smart Lock NX-SL-3S02</dc:title>
  <dc:subject>NexPro English product specification</dc:subject>
  <dc:creator>NexPro</dc:creator>
  <cp:keywords>NX-SL-3S02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