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Fingerprint Password Smart Lock NX-SL-2067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NX-SL-2067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28526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5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26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287157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6_varian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15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97089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7_variant_image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08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22001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8_dimension_drawing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00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NX-SL-2067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NX-SL-2067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NX-SL-2067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NX-SL-2067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324694" cy="1143000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85_dimension_drawing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694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05478" cy="1143000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86_lock_body_image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47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08635" cy="1143000"/>
                  <wp:docPr id="8" name="Picture 8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87_lock_body_image.jpg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3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NX-SL-2067 · Gallery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NX-SL-2067 · Gallery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NX-SL-2067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fingerprint, password, card, mechanical key smart door lock with zinc alloy, 304 stainless steel construction. Designed for apartment, commercial building, office access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Face-recognition Anti-theft Lock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NX-SL-2067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Apartment, Commercial Building, Office Access, Rental Property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NX-SL-2067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Fingerprint Password Smart Lock NX-SL-2067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 Door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Fingerprint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 Door Locks; Smart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Fingerprint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Sensor resistance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4H pencil, 20cm continuous 1000 impacts without damage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Sensor 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500dp / 500dpi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Start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1 second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Rejection rate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&lt;=1%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Fake admission rate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&lt;=0.0001%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 pieces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Comparison method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1:N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 usage angle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360 degrees °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registration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Generate at once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update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Automatic update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Data retention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loss due to power outage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interference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Avoid direct sunlight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-10 to 55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-20 to 70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humidity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10% to 90%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Open the door 11000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 6V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Battery powered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Low pressure 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4.9V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Backup 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Power bank or other mobile power supply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Antistatic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Contact discharge 8KV / Air discharge 15KV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Code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 sets pieces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design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Change at will combination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length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digits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Face-recognition Anti-theft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Smartphone App Fingerprint Password Smart Lock NX-SL-2067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Relationship Id="rId17" Type="http://schemas.openxmlformats.org/officeDocument/2006/relationships/image" Target="media/image8.jpg"/><Relationship Id="rId18" Type="http://schemas.openxmlformats.org/officeDocument/2006/relationships/image" Target="media/image9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Smartphone App Fingerprint Password Smart Lock NX-SL-2067</dc:title>
  <dc:subject>NexPro English product specification</dc:subject>
  <dc:creator>NexPro</dc:creator>
  <cp:keywords>NX-SL-2067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