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NX-SL-2033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NX-SL-2033 | NX-SL-2033-V6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4783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9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83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05290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8_scene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29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22890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0_dimension_drawing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89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24311" cy="1142999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6_dimension_drawing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311" cy="114299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NX-SL-2033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NX-SL-2033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NX-SL-2033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NX-SL-2033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93381" cy="1143000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7_lock_body_image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8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47830" cy="1143000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9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83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05290" cy="1143000"/>
                  <wp:docPr id="8" name="Picture 8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8_scene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29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22890" cy="1143000"/>
                  <wp:docPr id="9" name="Picture 9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0_dimension_drawing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89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NX-SL-2033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NX-SL-2033-V6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NX-SL-2033-V6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NX-SL-2033-V6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fingerprint, password, card, mechanical key smart door lock with zinc alloy, 304 stainless steel construction. Designed for apartment, commercial building, office access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Fingerprint Anti-theft Lock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NX-SL-2033 | NX-SL-2033-V6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Commercial Building, Office Access, Rental Property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NX-SL-2033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Fingerprint Password Smart Lock NX-SL-2033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 Door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Fingerprint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NX-SL-2033-V6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Fingerprint Password Smart Lock NX-SL-2033-V6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 Door Locks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Fingerprint / Password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NX-SL-2033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NX-SL-2033-V6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 Door Locks; Smart Lock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 Door Locks; Smart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Fingerprint / Password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Fingerprint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Sensor resistance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4H pencil, 20cm continuous 1000 impacts without damage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4H pencil, 20cm continuous 1000 impacts without damage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Sensor resolution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500dp / 500dpi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500dp / 500dpi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Start time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1 second seconds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1 second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Rejection rate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&lt;=1%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&lt;=1%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Fake admission rate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&lt;=0.0001%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&lt;=0.0001%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capacity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 pieces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 pieces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Comparison method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1:N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1:N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 usage angle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360 degrees °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360 degrees °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registration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Generate at once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Generate at once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update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Automatic update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Automatic update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Data retention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loss due to power outage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loss due to power outage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interference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Avoid direct sunlight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Avoid direct sunlight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temperature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-10 to 55 C °C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-10 to 55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temperature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-20 to 70 C °C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-20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humidity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10% to 90%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10% to 90%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Open the door 11000 times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Open the door 11000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6V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6V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Battery powered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Battery powered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pressure alarm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4.9V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4.9V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Backup power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Power bank or other mobile power supply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Power bank or other mobile power supply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Antistatic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Contact discharge 8KV / Air discharge 15KV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Contact discharge 8KV / Air discharge 15KV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Code capacity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 sets pieces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 sets pieces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design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Change at will combination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Change at will combination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length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digits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digits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Fingerprint Anti-theft Lock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Fingerprint Anti-theft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NX-SL-2033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NX-SL-2033 Series</dc:title>
  <dc:subject>NexPro English product specification</dc:subject>
  <dc:creator>NexPro</dc:creator>
  <cp:keywords>NX-SL-2033, NX-SL-2033-V6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