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NX-SL-2017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NX-SL-2017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970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0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9517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6_dimension_drawin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1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0361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7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61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62107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3_lock_body_imag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1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NX-SL-2017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NX-SL-2017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NX-SL-2017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Fingerprint Password Smart Lock NX-SL-2017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Fingerprint Password Smart Lock NX-SL-2017</dc:title>
  <dc:subject>NexPro English product specification</dc:subject>
  <dc:creator>NexPro</dc:creator>
  <cp:keywords>NX-SL-2017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