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NX-HL-X-SP03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NX-HL-X-SP03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025672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84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567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NX-HL-X-SP03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 with zinc alloy, stainless steel construction. Designed for hotel,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NX-HL-X-SP03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Hotel, Apartment, Office,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NX-HL-X-SP03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NX-HL-X-SP03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IC Card Hotel Lock NX-HL-X-SP03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IC Card Hotel Lock NX-HL-X-SP03</dc:title>
  <dc:subject>NexPro English product specification</dc:subject>
  <dc:creator>NexPro</dc:creator>
  <cp:keywords>NX-HL-X-SP03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