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NX-HL-SP04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NX-HL-SP04 | NX-HL-SP04-V122 | NX-HL-SP04-V126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085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85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7598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9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7598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50254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80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5025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40859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85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NX-HL-SP04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NX-HL-SP04-V122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NX-HL-SP04-V122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NX-HL-SP04-V126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NX-HL-SP04 | NX-HL-SP04-V122 | NX-HL-SP04-V126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NX-HL-SP04-V122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NX-HL-SP04-V122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NX-HL-SP04-V126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NX-HL-SP04-V126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NX-HL-SP04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NX-HL-SP04-V122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NX-HL-SP04-V126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NX-HL-SP04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NX-HL-SP04 Series</dc:title>
  <dc:subject>NexPro English product specification</dc:subject>
  <dc:creator>NexPro</dc:creator>
  <cp:keywords>NX-HL-SP04, NX-HL-SP04-V122, NX-HL-SP04-V126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