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SMART LOCK &amp; ELECTRONIC ACCESS HARDWARE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NX-HL-SP02 Series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Models: NX-HL-SP02 | NX-HL-SP02-V120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2580"/>
        <w:gridCol w:w="2580"/>
        <w:gridCol w:w="2580"/>
        <w:gridCol w:w="2580"/>
      </w:tblGrid>
      <w:tr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325880" cy="593712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275_main_product_image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5880" cy="593712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229710" cy="1143000"/>
                  <wp:docPr id="3" name="Picture 3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276_main_product_image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9710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325880" cy="593712"/>
                  <wp:docPr id="4" name="Picture 4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275_main_product_image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5880" cy="593712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229710" cy="1143000"/>
                  <wp:docPr id="5" name="Picture 5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276_main_product_image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9710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NX-HL-SP02 · Primary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NX-HL-SP02 · Gallery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NX-HL-SP02-V120 · Primary</w:t>
            </w:r>
          </w:p>
        </w:tc>
        <w:tc>
          <w:tcPr>
            <w:tcW w:type="dxa" w:w="258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NX-HL-SP02-V120 · Gallery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A card, mechanical key smart door lock with zinc alloy, stainless steel construction. Designed for hotel, apartment, office applications.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Smart Lock &amp; Electronic Access Hardware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Hotel Electronic Locks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NX-HL-SP02 | NX-HL-SP02-V120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Hotel, Apartment, Office, Commercial Building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COMPARISON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family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Access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Application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NX-HL-SP02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IC Card Hotel Lock NX-HL-SP02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Hotel Lock Systems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IC Card / Mechanical Key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Hotel</w:t>
            </w:r>
          </w:p>
        </w:tc>
      </w:tr>
      <w:tr>
        <w:tc>
          <w:tcPr>
            <w:tcW w:type="dxa" w:w="22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NX-HL-SP02-V120</w:t>
            </w:r>
          </w:p>
        </w:tc>
        <w:tc>
          <w:tcPr>
            <w:tcW w:type="dxa" w:w="300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IC Card Hotel Lock NX-HL-SP02-V120</w:t>
            </w:r>
          </w:p>
        </w:tc>
        <w:tc>
          <w:tcPr>
            <w:tcW w:type="dxa" w:w="1706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Hotel Lock Systems</w:t>
            </w:r>
          </w:p>
        </w:tc>
        <w:tc>
          <w:tcPr>
            <w:tcW w:type="dxa" w:w="1706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IC Card / Mechanical Key</w:t>
            </w:r>
          </w:p>
        </w:tc>
        <w:tc>
          <w:tcPr>
            <w:tcW w:type="dxa" w:w="1708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Hotel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3660"/>
        <w:gridCol w:w="366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36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NX-HL-SP02</w:t>
            </w:r>
          </w:p>
        </w:tc>
        <w:tc>
          <w:tcPr>
            <w:tcW w:type="dxa" w:w="366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NX-HL-SP02-V120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family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 Lock Systems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 Lock Systems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Access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IC Card / Mechanical Key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IC Card / Mechanical Key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Chip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Texas Instruments TI Instrument Chip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Texas Instruments TI Instrument Chip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Card specs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ATMEL Temic induction card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ATMEL Temic induction card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Production process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Sheet metal insertion on PVC surface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Sheet metal insertion on PVC surface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System logic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Conflict prevention mechanism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Conflict prevention mechanism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Card reading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Non-contact induction type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Non-contact induction type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Read/write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Read, write, and encrypt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Read, write, and encrypt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Opening time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Press handle once after door opening; 7 seconds auto-lock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Press handle once after door opening; 7 seconds auto-lock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Unlock record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Store latest unlock record in lock loop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Store latest unlock record in lock loop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Applicable scope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Special lock for anti-theft doors, suitable for family, apartments, office buildings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Special lock for anti-theft doors, suitable for family, apartments, office buildings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Working voltage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6A / 4 knots high energy alkaline battery V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6A / 4 knots high energy alkaline battery V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Static power consumption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&lt; 30 microamperes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&lt; 30 microamperes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Dynamic power consumption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Approximately 200 amps mA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Approximately 200 amps mA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Undervoltage index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Below 4.8V still able to unlock &gt;200 times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Below 4.8V still able to unlock &gt;200 times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Battery life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Normal continuous opening over 10000 times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Normal continuous opening over 10000 times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Storage capacity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32 bytes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32 bytes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Installation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Conventional side strip 24x240 / 30x240, customized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Conventional side strip 24x240 / 30x240, customized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Series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 Electronic Locks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 Electronic Locks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branding, finish, packaging and software scope</w:t>
            </w:r>
          </w:p>
        </w:tc>
        <w:tc>
          <w:tcPr>
            <w:tcW w:type="dxa" w:w="366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branding, finish, packaging and software scope</w:t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NX-HL-SP02 Series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Relationship Id="rId13" Type="http://schemas.openxmlformats.org/officeDocument/2006/relationships/image" Target="media/image4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NX-HL-SP02 Series</dc:title>
  <dc:subject>NexPro English product specification</dc:subject>
  <dc:creator>NexPro</dc:creator>
  <cp:keywords>NX-HL-SP02, NX-HL-SP02-V120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