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NX-HL-RX2076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NX-HL-RX2076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9664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8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9664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NX-HL-RX2076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NX-HL-RX2076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NX-HL-RX2076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NX-HL-RX2076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NX-HL-RX2076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NX-HL-RX2076</dc:title>
  <dc:subject>NexPro English product specification</dc:subject>
  <dc:creator>NexPro</dc:creator>
  <cp:keywords>NX-HL-RX2076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