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NX-HL-RX2063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NX-HL-RX2063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024834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8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2483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NX-HL-RX2063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NX-HL-RX2063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NX-HL-RX2063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NX-HL-RX2063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NX-HL-RX2063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NX-HL-RX2063</dc:title>
  <dc:subject>NexPro English product specification</dc:subject>
  <dc:creator>NexPro</dc:creator>
  <cp:keywords>NX-HL-RX2063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