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NX-HL-RX2062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NX-HL-RX2062 | NX-HL-RX2062-V105 | NX-HL-RX2062-V106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3440"/>
        <w:gridCol w:w="3440"/>
        <w:gridCol w:w="3440"/>
      </w:tblGrid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98001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57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00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31952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58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195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14150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59_main_product_image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15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NX-HL-RX2062 · Primary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NX-HL-RX2062-V105 · Primary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NX-HL-RX2062-V106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NX-HL-RX2062 | NX-HL-RX2062-V105 | NX-HL-RX2062-V106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NX-HL-RX2062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NX-HL-RX2062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NX-HL-RX2062-V105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NX-HL-RX2062-V105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NX-HL-RX2062-V106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NX-HL-RX2062-V106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2440"/>
        <w:gridCol w:w="2440"/>
        <w:gridCol w:w="244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NX-HL-RX2062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NX-HL-RX2062-V105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NX-HL-RX2062-V106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NX-HL-RX2062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NX-HL-RX2062 Series</dc:title>
  <dc:subject>NexPro English product specification</dc:subject>
  <dc:creator>NexPro</dc:creator>
  <cp:keywords>NX-HL-RX2062, NX-HL-RX2062-V105, NX-HL-RX2062-V106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