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NX-HL-RX2060-V70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NX-HL-RX2060-V70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921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1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NX-HL-RX2060-V70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NX-HL-RX2060-V70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NX-HL-RX2060-V70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NX-HL-RX2060-V70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NX-HL-RX2060-V70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NX-HL-RX2060-V70</dc:title>
  <dc:subject>NexPro English product specification</dc:subject>
  <dc:creator>NexPro</dc:creator>
  <cp:keywords>NX-HL-RX2060-V70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