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NX-HL-RX2052-FA-HDL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NX-HL-RX2052-FA-HDL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1892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81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92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NX-HL-RX2052-FA-HDL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NX-HL-RX2052-FA-HDL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NX-HL-RX2052-FA-HDL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NX-HL-RX2052-FA-HDL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IC Card Hotel Lock NX-HL-RX2052-FA-HDL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IC Card Hotel Lock NX-HL-RX2052-FA-HDL</dc:title>
  <dc:subject>NexPro English product specification</dc:subject>
  <dc:creator>NexPro</dc:creator>
  <cp:keywords>NX-HL-RX2052-FA-HDL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