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NX-HL-RX2031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NX-HL-RX2031 | NX-HL-RX2031-V72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1765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22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65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67831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23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83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NX-HL-RX2031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NX-HL-RX2031-V72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NX-HL-RX2031 | NX-HL-RX2031-V72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NX-HL-RX2031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NX-HL-RX2031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NX-HL-RX2031-V72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NX-HL-RX2031-V72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NX-HL-RX2031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NX-HL-RX2031-V72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NX-HL-RX2031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NX-HL-RX2031 Series</dc:title>
  <dc:subject>NexPro English product specification</dc:subject>
  <dc:creator>NexPro</dc:creator>
  <cp:keywords>NX-HL-RX2031, NX-HL-RX2031-V72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