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NX-HL-ODS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NX-HL-ODS | NX-HL-ODS-V79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182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149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1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9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NX-HL-ODS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NX-HL-ODS-V79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NX-HL-ODS | NX-HL-ODS-V79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NX-HL-ODS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NX-HL-ODS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NX-HL-ODS-V79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NX-HL-ODS-V79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NX-HL-ODS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NX-HL-ODS-V79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NX-HL-ODS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NX-HL-ODS Series</dc:title>
  <dc:subject>NexPro English product specification</dc:subject>
  <dc:creator>NexPro</dc:creator>
  <cp:keywords>NX-HL-ODS, NX-HL-ODS-V79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