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NX-HL-LOCK-BODY-NO6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NX-HL-LOCK-BODY-NO6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140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9_lock_body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4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NX-HL-LOCK-BODY-NO6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NX-HL-LOCK-BODY-NO6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NX-HL-LOCK-BODY-NO6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NX-HL-LOCK-BODY-NO6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NX-HL-LOCK-BODY-NO6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NX-HL-LOCK-BODY-NO6</dc:title>
  <dc:subject>NexPro English product specification</dc:subject>
  <dc:creator>NexPro</dc:creator>
  <cp:keywords>NX-HL-LOCK-BODY-NO6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