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NX-HL-DQ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NX-HL-DQ | NX-HL-DQ-V58 | NX-HL-DQ-V59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85635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07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85635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371937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08_main_product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371937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284433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09_main_product_image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33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856350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07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85635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NX-HL-DQ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NX-HL-DQ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NX-HL-DQ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NX-HL-DQ-V58 · Primary</w:t>
            </w:r>
          </w:p>
        </w:tc>
      </w:tr>
    </w:tbl>
    <w:p>
      <w:pPr>
        <w:keepNext w:val="0"/>
        <w:spacing w:before="0" w:after="20" w:line="252" w:lineRule="auto"/>
      </w:pP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3440"/>
        <w:gridCol w:w="3440"/>
        <w:gridCol w:w="3440"/>
      </w:tblGrid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513016"/>
                  <wp:docPr id="6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08_main_product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513016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769696" cy="1143000"/>
                  <wp:docPr id="7" name="Picture 7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07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969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513016"/>
                  <wp:docPr id="8" name="Picture 8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08_main_product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513016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NX-HL-DQ-V58 · Gallery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NX-HL-DQ-V59 · Primary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NX-HL-DQ-V59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lock. Designed for residential, apartment, commercial building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NX-HL-DQ | NX-HL-DQ-V58 | NX-HL-DQ-V59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Residential, Apartment,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NX-HL-DQ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NX-HL-DQ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NX-HL-DQ-V58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NX-HL-DQ-V58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NX-HL-DQ-V59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NX-HL-DQ-V59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2440"/>
        <w:gridCol w:w="2440"/>
        <w:gridCol w:w="244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244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NX-HL-DQ</w:t>
            </w:r>
          </w:p>
        </w:tc>
        <w:tc>
          <w:tcPr>
            <w:tcW w:type="dxa" w:w="244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NX-HL-DQ-V58</w:t>
            </w:r>
          </w:p>
        </w:tc>
        <w:tc>
          <w:tcPr>
            <w:tcW w:type="dxa" w:w="244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NX-HL-DQ-V59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NX-HL-DQ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NX-HL-DQ Series</dc:title>
  <dc:subject>NexPro English product specification</dc:subject>
  <dc:creator>NexPro</dc:creator>
  <cp:keywords>NX-HL-DQ, NX-HL-DQ-V58, NX-HL-DQ-V59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