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NX-HL-DQ-Y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NX-HL-DQ-Y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284433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09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43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NX-HL-DQ-Y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NX-HL-DQ-Y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NX-HL-DQ-Y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NX-HL-DQ-Y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NX-HL-DQ-Y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NX-HL-DQ-Y</dc:title>
  <dc:subject>NexPro English product specification</dc:subject>
  <dc:creator>NexPro</dc:creator>
  <cp:keywords>NX-HL-DQ-Y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