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NX-HL-BROKEN-BRIDGE-ALUMINUM-LOCK-BODY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NX-HL-BROKEN-BRIDGE-ALUMINUM-LOCK-BODY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5567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32_lock_body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7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NX-HL-BROKEN-BRIDGE-ALUMINUM-LOCK-BODY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NX-HL-BROKEN-BRIDGE-ALUMINUM-LOCK-BODY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NX-HL-BROKEN-BRIDGE-ALUMINUM-LOCK-BODY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NX-HL-BROKEN-BRIDGE-ALUMINUM-LOCK-BODY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IC Card Hotel Lock NX-HL-BROKEN-BRIDGE-ALUMINUM-LOCK-BODY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IC Card Hotel Lock NX-HL-BROKEN-BRIDGE-ALUMINUM-LOCK-BODY</dc:title>
  <dc:subject>NexPro English product specification</dc:subject>
  <dc:creator>NexPro</dc:creator>
  <cp:keywords>NX-HL-BROKEN-BRIDGE-ALUMINUM-LOCK-BODY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