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NX-HL-618E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NX-HL-618E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8448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48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1994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99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NX-HL-618E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NX-HL-618E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NX-HL-618E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NX-HL-618E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NX-HL-618E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NX-HL-618E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NX-HL-618E</dc:title>
  <dc:subject>NexPro English product specification</dc:subject>
  <dc:creator>NexPro</dc:creator>
  <cp:keywords>NX-HL-618E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