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NX-HL-2075-V88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NX-HL-2075-V88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8714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47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14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NX-HL-2075-V88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NX-HL-2075-V88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NX-HL-2075-V88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NX-HL-2075-V88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IC Card Hotel Lock NX-HL-2075-V88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IC Card Hotel Lock NX-HL-2075-V88</dc:title>
  <dc:subject>NexPro English product specification</dc:subject>
  <dc:creator>NexPro</dc:creator>
  <cp:keywords>NX-HL-2075-V88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