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NX-HL-2075-REAR-PANEL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NX-HL-2075-REAR-PANEL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187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8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NX-HL-2075-REAR-PANEL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NX-HL-2075-REAR-PANEL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NX-HL-2075-REAR-PANEL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NX-HL-2075-REAR-PANEL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NX-HL-2075-REAR-PANEL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NX-HL-2075-REAR-PANEL</dc:title>
  <dc:subject>NexPro English product specification</dc:subject>
  <dc:creator>NexPro</dc:creator>
  <cp:keywords>NX-HL-2075-REAR-PANEL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