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NX-HL-2072-V85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NX-HL-2072-V85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9879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43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79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3562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44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62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NX-HL-2072-V85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NX-HL-2072-V85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NX-HL-2072-V85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NX-HL-2072-V85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NX-HL-2072-V85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NX-HL-2072-V85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NX-HL-2072-V85</dc:title>
  <dc:subject>NexPro English product specification</dc:subject>
  <dc:creator>NexPro</dc:creator>
  <cp:keywords>NX-HL-2072-V85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