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SMART LOCK &amp; ELECTRONIC ACCESS HARDWARE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NexPro IC Card Hotel Lock NX-HL-2067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NX-HL-2067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322936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210_main_product_image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2936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NX-HL-2067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A card, mechanical key smart door lock. Designed for residential, apartment, commercial building applications.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Smart Lock &amp; Electronic Access Hardware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Hotel Electronic Locks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NX-HL-2067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Residential, Apartment, Commercial Building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family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Access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Application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NX-HL-2067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NexPro IC Card Hotel Lock NX-HL-2067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Hotel Lock Systems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IC Card / Mechanical Key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Residential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 family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Lock Systems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Access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IC Card / Mechanical Key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Residential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Chip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Texas Instruments TI Instrument Chip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specs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ATMEL Temic induction card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Production process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Sheet metal insertion on PVC surface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System logic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Conflict prevention mechanism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Card reading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Non-contact induction type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Read/write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Read, write, and encrypt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Opening time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Press handle once after door opening; 7 seconds auto-lock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Unlock record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Store latest unlock record in lock loop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Applicable scope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Special lock for anti-theft doors, suitable for family, apartments, office buildings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Working voltage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6A / 4 knots high energy alkaline battery V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Static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&lt; 30 microamperes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Dynamic power consumption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Approximately 200 amps mA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Undervoltage index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Below 4.8V still able to unlock &gt;200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life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Normal continuous opening over 10000 times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Storage capacity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32 bytes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Installation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Conventional side strip 24x240 / 30x240, customized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Series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Hotel Electronic Locks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Quotation type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Project and bulk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OEM/ODM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branding, finish, packaging and software scope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NexPro IC Card Hotel Lock NX-HL-2067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NexPro IC Card Hotel Lock NX-HL-2067</dc:title>
  <dc:subject>NexPro English product specification</dc:subject>
  <dc:creator>NexPro</dc:creator>
  <cp:keywords>NX-HL-2067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