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NX-HL-2039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NX-HL-2039 | NX-HL-2039-V63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1765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6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0016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2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16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NX-HL-2039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NX-HL-2039-V63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NX-HL-2039 | NX-HL-2039-V63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NX-HL-2039-V63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NX-HL-2039-V63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NX-HL-2039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NX-HL-2039-V63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NX-HL-2039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NX-HL-2039 Series</dc:title>
  <dc:subject>NexPro English product specification</dc:subject>
  <dc:creator>NexPro</dc:creator>
  <cp:keywords>NX-HL-2039, NX-HL-2039-V63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