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NX-HL-2037E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NX-HL-2037E | NX-HL-2037E-V82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507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0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92830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6_syste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9283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8864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8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6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NX-HL-2037E-V82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NX-HL-2037E | NX-HL-2037E-V82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NX-HL-2037E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NX-HL-2037E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NX-HL-2037E-V82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NX-HL-2037E-V82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NX-HL-2037E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NX-HL-2037E-V82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NX-HL-2037E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NX-HL-2037E Series</dc:title>
  <dc:subject>NexPro English product specification</dc:subject>
  <dc:creator>NexPro</dc:creator>
  <cp:keywords>NX-HL-2037E, NX-HL-2037E-V82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