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NX-HL-2036E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NX-HL-2036E | NX-HL-2036E-V96 | NX-HL-2036E-V97 | NX-HL-2036E-V98 | NX-HL-2036E-V99 | NX-HL-2036E-V100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79" cy="653693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79" cy="65369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79" cy="653693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79" cy="65369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79" cy="653693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79" cy="65369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30634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5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3063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NX-HL-2036E-V96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NX-HL-2036E-V97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NX-HL-2036E-V97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30634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5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3063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30634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5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3063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79" cy="653693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79" cy="65369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30634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5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3063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NX-HL-2036E-V98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NX-HL-2036E-V99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NX-HL-2036E-V100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NX-HL-2036E-V100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NX-HL-2036E | NX-HL-2036E-V96 | NX-HL-2036E-V97 | NX-HL-2036E-V98 | NX-HL-2036E-V99 | NX-HL-2036E-V100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NX-HL-2036E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NX-HL-2036E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NX-HL-2036E-V96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NX-HL-2036E-V96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NX-HL-2036E-V97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NX-HL-2036E-V97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NX-HL-2036E-V98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NX-HL-2036E-V98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NX-HL-2036E-V99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NX-HL-2036E-V99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NX-HL-2036E-V100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NX-HL-2036E-V100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p>
      <w:pPr>
        <w:keepNext/>
        <w:spacing w:before="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NX-HL-2036E | NX-HL-2036E-V96 | NX-HL-2036E-V97 | NX-HL-2036E-V98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1980"/>
        <w:gridCol w:w="1980"/>
        <w:gridCol w:w="1980"/>
        <w:gridCol w:w="1980"/>
      </w:tblGrid>
      <w:tr>
        <w:trPr>
          <w:tblHeader w:val="true"/>
        </w:trPr>
        <w:tc>
          <w:tcPr>
            <w:tcW w:type="dxa" w:w="24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NX-HL-2036E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NX-HL-2036E-V96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NX-HL-2036E-V97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NX-HL-2036E-V98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family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Lock Systems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Lock Systems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Lock Systems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Lock Systems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Access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IC Card / Mechanical Key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IC Card / Mechanical Key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IC Card / Mechanical Key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IC Card / Mechanical Key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Application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Chip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Texas Instruments TI Instrument Chip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Texas Instruments TI Instrument Chip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Texas Instruments TI Instrument Chip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Texas Instruments TI Instrument Chip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Card specs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ATMEL Temic induction card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ATMEL Temic induction card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ATMEL Temic induction card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ATMEL Temic induction card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Production process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Sheet metal insertion on PVC surface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Sheet metal insertion on PVC surface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Sheet metal insertion on PVC surface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Sheet metal insertion on PVC surface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System logic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Conflict prevention mechanism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Conflict prevention mechanism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Conflict prevention mechanism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Conflict prevention mechanism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Card reading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Non-contact induction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Non-contact induction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Non-contact induction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Non-contact induction type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Read/write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Read, write, and encrypt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Read, write, and encrypt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Read, write, and encrypt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Read, write, and encrypt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Opening time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Press handle once after door opening; 7 seconds auto-lock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Press handle once after door opening; 7 seconds auto-lock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Press handle once after door opening; 7 seconds auto-lock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Press handle once after door opening; 7 seconds auto-lock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Unlock record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Store latest unlock record in lock loop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Store latest unlock record in lock loop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Store latest unlock record in lock loop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Store latest unlock record in lock loop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Applicable scope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Special lock for anti-theft doors, suitable for family, apartments, office buildings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Special lock for anti-theft doors, suitable for family, apartments, office buildings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Special lock for anti-theft doors, suitable for family, apartments, office buildings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Working voltage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6A / 4 knots high energy alkaline battery V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6A / 4 knots high energy alkaline battery V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6A / 4 knots high energy alkaline battery V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6A / 4 knots high energy alkaline battery V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Static power consumption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&lt; 30 microamperes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&lt; 30 microamperes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&lt; 30 microamperes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&lt; 30 microamperes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Dynamic power consumption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Approximately 200 amps mA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Approximately 200 amps mA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Approximately 200 amps mA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Approximately 200 amps mA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Undervoltage index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Below 4.8V still able to unlock &gt;200 times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Below 4.8V still able to unlock &gt;200 times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Below 4.8V still able to unlock &gt;200 times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Below 4.8V still able to unlock &gt;200 times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Battery life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Normal continuous opening over 10000 times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Normal continuous opening over 10000 times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Normal continuous opening over 10000 times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Normal continuous opening over 10000 times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Storage capacity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32 bytes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32 bytes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32 bytes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32 bytes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Installation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Conventional side strip 24x240 / 30x240, customized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Conventional side strip 24x240 / 30x240, customized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Conventional side strip 24x240 / 30x240, customized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Conventional side strip 24x240 / 30x240, customized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Electronic Locks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Electronic Locks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Electronic Locks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Hotel Electronic Locks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Quotation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OEM/ODM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branding, finish, packaging and software scope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branding, finish, packaging and software scope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branding, finish, packaging and software scope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branding, finish, packaging and software scope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NX-HL-2036E-V99 | NX-HL-2036E-V100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NX-HL-2036E-V99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NX-HL-2036E-V100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NX-HL-2036E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NX-HL-2036E Series</dc:title>
  <dc:subject>NexPro English product specification</dc:subject>
  <dc:creator>NexPro</dc:creator>
  <cp:keywords>NX-HL-2036E, NX-HL-2036E-V96, NX-HL-2036E-V97, NX-HL-2036E-V98, NX-HL-2036E-V99, NX-HL-2036E-V100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