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NX-HL-2033E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NX-HL-2033E | NX-HL-2033E-V67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913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1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865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7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6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888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9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8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NX-HL-2033E-V67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NX-HL-2033E-V67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NX-HL-2033E | NX-HL-2033E-V67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NX-HL-2033E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NX-HL-2033E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NX-HL-2033E-V67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NX-HL-2033E-V67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NX-HL-2033E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NX-HL-2033E-V67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NX-HL-2033E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NX-HL-2033E Series</dc:title>
  <dc:subject>NexPro English product specification</dc:subject>
  <dc:creator>NexPro</dc:creator>
  <cp:keywords>NX-HL-2033E, NX-HL-2033E-V67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