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NX-HL-2031E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NX-HL-2031E | NX-HL-2031E-V65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181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8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025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2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NX-HL-2031E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NX-HL-2031E-V65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NX-HL-2031E | NX-HL-2031E-V65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NX-HL-2031E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NX-HL-2031E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NX-HL-2031E-V65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NX-HL-2031E-V65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NX-HL-2031E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NX-HL-2031E-V65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NX-HL-2031E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NX-HL-2031E Series</dc:title>
  <dc:subject>NexPro English product specification</dc:subject>
  <dc:creator>NexPro</dc:creator>
  <cp:keywords>NX-HL-2031E, NX-HL-2031E-V65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