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NX-HL-2029E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NX-HL-2029E | NX-HL-2029E-V92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529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0_lock_body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29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0336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1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3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NX-HL-2029E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NX-HL-2029E-V92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NX-HL-2029E | NX-HL-2029E-V92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NX-HL-2029E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NX-HL-2029E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NX-HL-2029E-V92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NX-HL-2029E-V92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NX-HL-2029E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NX-HL-2029E-V92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NX-HL-2029E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NX-HL-2029E Series</dc:title>
  <dc:subject>NexPro English product specification</dc:subject>
  <dc:creator>NexPro</dc:creator>
  <cp:keywords>NX-HL-2029E, NX-HL-2029E-V92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