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NX-HL-2025E-V110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NX-HL-2025E-V110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5981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1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NX-HL-2025E-V110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NX-HL-2025E-V110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NX-HL-2025E-V110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NX-HL-2025E-V110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NX-HL-2025E-V110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NX-HL-2025E-V110</dc:title>
  <dc:subject>NexPro English product specification</dc:subject>
  <dc:creator>NexPro</dc:creator>
  <cp:keywords>NX-HL-2025E-V110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