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NX-HL-2020E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NX-HL-2020E | NX-HL-2020E-V94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53621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52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62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64265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53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26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NX-HL-2020E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NX-HL-2020E-V94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NX-HL-2020E | NX-HL-2020E-V94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NX-HL-2020E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NX-HL-2020E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NX-HL-2020E-V94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NX-HL-2020E-V94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NX-HL-2020E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NX-HL-2020E-V94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NX-HL-2020E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NX-HL-2020E Series</dc:title>
  <dc:subject>NexPro English product specification</dc:subject>
  <dc:creator>NexPro</dc:creator>
  <cp:keywords>NX-HL-2020E, NX-HL-2020E-V94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