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NX-HL-2019E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NX-HL-2019E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3829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28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29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NX-HL-2019E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NX-HL-2019E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NX-HL-2019E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NX-HL-2019E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IC Card Hotel Lock NX-HL-2019E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IC Card Hotel Lock NX-HL-2019E</dc:title>
  <dc:subject>NexPro English product specification</dc:subject>
  <dc:creator>NexPro</dc:creator>
  <cp:keywords>NX-HL-2019E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