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NX-HL-2017E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NX-HL-2017E | NX-HL-2017E-V74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966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66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788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5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8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NX-HL-2017E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NX-HL-2017E-V74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NX-HL-2017E | NX-HL-2017E-V74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NX-HL-2017E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NX-HL-2017E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NX-HL-2017E-V74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NX-HL-2017E-V74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NX-HL-2017E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NX-HL-2017E-V74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NX-HL-2017E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NX-HL-2017E Series</dc:title>
  <dc:subject>NexPro English product specification</dc:subject>
  <dc:creator>NexPro</dc:creator>
  <cp:keywords>NX-HL-2017E, NX-HL-2017E-V74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