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NX-HL-118E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NX-HL-118E | NX-HL-118E-V109 | NX-HL-118E-V111 | NX-HL-118E-V112 | NX-HL-118E-V113 | NX-HL-118E-V114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44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4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210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1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38947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389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1117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2_main_product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38947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389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29927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5_main_product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9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2352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6_main_product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3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38947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389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NX-HL-118E-V111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 | NX-HL-118E-V109 | NX-HL-118E-V111 | NX-HL-118E-V112 | NX-HL-118E-V113 | NX-HL-118E-V114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NX-HL-118E-V109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NX-HL-118E-V109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NX-HL-118E-V114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NX-HL-118E | NX-HL-118E-V109 | NX-HL-118E-V111 | NX-HL-118E-V112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NX-HL-118E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NX-HL-118E-V109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NX-HL-118E-V111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NX-HL-118E-V112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Access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Application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Card specs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Production process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logic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Card reading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Read/write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Opening time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Unlock record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Applicable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Working voltage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Static power consumption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Dynamic power consumption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Undervoltage index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Battery life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Storage capacity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Installation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NX-HL-118E-V113 | NX-HL-118E-V114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NX-HL-118E-V113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NX-HL-118E-V114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NX-HL-118E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NX-HL-118E Series</dc:title>
  <dc:subject>NexPro English product specification</dc:subject>
  <dc:creator>NexPro</dc:creator>
  <cp:keywords>NX-HL-118E, NX-HL-118E-V109, NX-HL-118E-V111, NX-HL-118E-V112, NX-HL-118E-V113, NX-HL-118E-V114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