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NX-HL-118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NX-HL-118 | NX-HL-118-V118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028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383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0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83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NX-HL-118-V118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 | NX-HL-118-V118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NX-HL-118-V118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NX-HL-118-V118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NX-HL-118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NX-HL-118-V118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NX-HL-118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NX-HL-118 Series</dc:title>
  <dc:subject>NexPro English product specification</dc:subject>
  <dc:creator>NexPro</dc:creator>
  <cp:keywords>NX-HL-118, NX-HL-118-V118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