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NX-HL-1088E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NX-HL-1088E | NX-HL-1088E-V76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682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2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192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7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NX-HL-1088E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NX-HL-1088E-V76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NX-HL-1088E | NX-HL-1088E-V76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NX-HL-1088E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NX-HL-1088E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NX-HL-1088E-V76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NX-HL-1088E-V76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NX-HL-1088E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NX-HL-1088E-V76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NX-HL-1088E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NX-HL-1088E Series</dc:title>
  <dc:subject>NexPro English product specification</dc:subject>
  <dc:creator>NexPro</dc:creator>
  <cp:keywords>NX-HL-1088E, NX-HL-1088E-V76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