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NX-CL-RX2062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NX-CL-RX2062 | NX-CL-RX2062-V54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202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0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956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3_unknow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56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NX-CL-RX2062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NX-CL-RX2062-V54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NX-CL-RX2062 | NX-CL-RX2062-V54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NX-CL-RX2062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NX-CL-RX2062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NX-CL-RX2062-V54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NX-CL-RX2062-V54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NX-CL-RX2062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NX-CL-RX2062-V54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NX-CL-RX2062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NX-CL-RX2062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NX-CL-RX2062 Series</dc:title>
  <dc:subject>NexPro English product specification</dc:subject>
  <dc:creator>NexPro</dc:creator>
  <cp:keywords>NX-CL-RX2062, NX-CL-RX2062-V54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