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NX-CL-RX2056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NX-CL-RX2056 | NX-CL-RX2056-V56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5138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38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56233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5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23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NX-CL-RX2056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NX-CL-RX2056-V56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password, mechanical key smart door lock. Designed for residential,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NX-CL-RX2056 | NX-CL-RX2056-V56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NX-CL-RX2056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NX-CL-RX2056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NX-CL-RX2056-V56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NX-CL-RX2056-V56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NX-CL-RX2056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NX-CL-RX2056-V56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NX-CL-RX2056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NX-CL-RX2056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NX-CL-RX2056 Series</dc:title>
  <dc:subject>NexPro English product specification</dc:subject>
  <dc:creator>NexPro</dc:creator>
  <cp:keywords>NX-CL-RX2056, NX-CL-RX2056-V56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