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NX-CL-2065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NX-CL-2065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590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7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NX-CL-2065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NX-CL-2065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Cabinet Lock NX-CL-2065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Cabinet Lock NX-CL-2065</dc:title>
  <dc:subject>NexPro English product specification</dc:subject>
  <dc:creator>NexPro</dc:creator>
  <cp:keywords>NX-CL-2065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