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NX-CL-2031-S Series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Models: NX-CL-2031-S | NX-CL-2031-S-V48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598175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195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8175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606456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196_main_product_image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6456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NX-CL-2031-S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NX-CL-2031-S-V48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smartphone app, card, password, mechanical key smart door lock. Designed for residential, apartment, office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App-Enabled Smart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NX-CL-2031-S | NX-CL-2031-S-V48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Residential, Apartment, Office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COMPARISON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NX-CL-2031-S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Smartphone App IC Card Password Cabinet Lock NX-CL-2031-S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Cabinet &amp; Locker Locks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Smartphone App / IC Card / Password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Residential</w:t>
            </w:r>
          </w:p>
        </w:tc>
      </w:tr>
      <w:tr>
        <w:tc>
          <w:tcPr>
            <w:tcW w:type="dxa" w:w="22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NX-CL-2031-S-V48</w:t>
            </w:r>
          </w:p>
        </w:tc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Smartphone App IC Card Password Cabinet Lock NX-CL-2031-S-V48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Cabinet &amp; Locker Locks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Smartphone App / IC Card / Password</w:t>
            </w:r>
          </w:p>
        </w:tc>
        <w:tc>
          <w:tcPr>
            <w:tcW w:type="dxa" w:w="1708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Residential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3660"/>
        <w:gridCol w:w="366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36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NX-CL-2031-S</w:t>
            </w:r>
          </w:p>
        </w:tc>
        <w:tc>
          <w:tcPr>
            <w:tcW w:type="dxa" w:w="36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NX-CL-2031-S-V48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 &amp; Locker Locks; Cabinet Lock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 &amp; Locker Locks; Cabinet 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Smartphone App / IC Card / Password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Smartphone App / IC Card / Password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Residential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Residential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App-Enabled Smart Locks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App-Enabled Smart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Apartment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Office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door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lock body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finish color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branding requirement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project country in the RFQ.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mix and customization scope · Lead time — Confirm after sample and project requirements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NX-CL-2031-S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NX-CL-2031-S Series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NX-CL-2031-S Series</dc:title>
  <dc:subject>NexPro English product specification</dc:subject>
  <dc:creator>NexPro</dc:creator>
  <cp:keywords>NX-CL-2031-S, NX-CL-2031-S-V48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