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NX-CL-182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NX-CL-182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5099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1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99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NX-CL-182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NX-CL-182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NX-CL-182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NX-CL-182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NX-CL-182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Password Cabinet Lock NX-CL-182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Password Cabinet Lock NX-CL-182</dc:title>
  <dc:subject>NexPro English product specification</dc:subject>
  <dc:creator>NexPro</dc:creator>
  <cp:keywords>NX-CL-182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