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498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9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Password Cabinet Lock NX-CL-18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Password Cabinet Lock NX-CL-18</dc:title>
  <dc:subject>NexPro English product specification</dc:subject>
  <dc:creator>NexPro</dc:creator>
  <cp:keywords>NX-CL-18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