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NX-CL-179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NX-CL-179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2827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7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NX-CL-179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NX-CL-179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NX-CL-179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NX-CL-179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NX-CL-179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Password Cabinet Lock NX-CL-179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Password Cabinet Lock NX-CL-179</dc:title>
  <dc:subject>NexPro English product specification</dc:subject>
  <dc:creator>NexPro</dc:creator>
  <cp:keywords>NX-CL-179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