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NX-CL-169-BT Series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Models: NX-CL-169-BT | NX-CL-169-BT-V160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327211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318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7211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516271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321_unknown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6271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NX-CL-169-BT · Primary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NX-CL-169-BT-V160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cabinet smart lock with smartphone app, password unlocking. Designed for cabinet, drawer, and locker security in office, home, and commercial furniture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App-Enabled Smart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NX-CL-169-BT | NX-CL-169-BT-V160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Cabinet, Office, Furniture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COMPARISON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NX-CL-169-BT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Smartphone App Password Cabinet Lock NX-CL-169-BT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Cabinet &amp; Locker Locks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Smartphone App / Password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Cabinet</w:t>
            </w:r>
          </w:p>
        </w:tc>
      </w:tr>
      <w:tr>
        <w:tc>
          <w:tcPr>
            <w:tcW w:type="dxa" w:w="22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NX-CL-169-BT-V160</w:t>
            </w:r>
          </w:p>
        </w:tc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Smartphone App Password Cabinet Lock NX-CL-169-BT-V160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Cabinet &amp; Locker Locks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Smartphone App / Password</w:t>
            </w:r>
          </w:p>
        </w:tc>
        <w:tc>
          <w:tcPr>
            <w:tcW w:type="dxa" w:w="1708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Cabinet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3660"/>
        <w:gridCol w:w="366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36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NX-CL-169-BT</w:t>
            </w:r>
          </w:p>
        </w:tc>
        <w:tc>
          <w:tcPr>
            <w:tcW w:type="dxa" w:w="36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NX-CL-169-BT-V160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 &amp; Locker Locks; Cabinet Lock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 &amp; Locker Locks; Cabinet 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Smartphone App / Password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Smartphone App / Password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App-Enabled Smart Locks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App-Enabled Smart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Cabinet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Office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Furniture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door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lock body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finish color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branding requirement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project country in the RFQ.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mix and customization scope · Lead time — Confirm after sample and project requirements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NX-CL-169-BT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NX-CL-169-BT Series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NX-CL-169-BT Series</dc:title>
  <dc:subject>NexPro English product specification</dc:subject>
  <dc:creator>NexPro</dc:creator>
  <cp:keywords>NX-CL-169-BT, NX-CL-169-BT-V160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