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NX-CL-162-KEY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NX-CL-162-KEY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872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3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72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NX-CL-162-KEY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NX-CL-162-KEY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NX-CL-162-KEY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NX-CL-162-KEY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NX-CL-162-KEY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Password Cabinet Lock NX-CL-162-KEY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Password Cabinet Lock NX-CL-162-KEY</dc:title>
  <dc:subject>NexPro English product specification</dc:subject>
  <dc:creator>NexPro</dc:creator>
  <cp:keywords>NX-CL-162-KEY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