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NX-CL-153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NX-CL-153 | NX-CL-153-V172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407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7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748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7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4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NX-CL-153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NX-CL-153-V172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NX-CL-153 | NX-CL-153-V172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NX-CL-153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NX-CL-153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NX-CL-153-V172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NX-CL-153-V172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NX-CL-153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NX-CL-153-V172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NX-CL-153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NX-CL-153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NX-CL-153 Series</dc:title>
  <dc:subject>NexPro English product specification</dc:subject>
  <dc:creator>NexPro</dc:creator>
  <cp:keywords>NX-CL-153, NX-CL-153-V172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