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NX-CL-139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NX-CL-139 | NX-CL-139-V162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588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26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8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62319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27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1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NX-CL-139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NX-CL-139-V162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NX-CL-139 | NX-CL-139-V162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NX-CL-139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NX-CL-139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NX-CL-139-V162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NX-CL-139-V162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NX-CL-139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NX-CL-139-V162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NX-CL-139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NX-CL-139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NX-CL-139 Series</dc:title>
  <dc:subject>NexPro English product specification</dc:subject>
  <dc:creator>NexPro</dc:creator>
  <cp:keywords>NX-CL-139, NX-CL-139-V162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