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NX-CL-138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NX-CL-138 | NX-CL-138-V165 | NX-CL-138-V169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3746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2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46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5210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0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10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14237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4_main_produc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23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NX-CL-138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NX-CL-138-V165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NX-CL-138-V169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NX-CL-138 | NX-CL-138-V165 | NX-CL-138-V169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NX-CL-138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NX-CL-138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NX-CL-138-V165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NX-CL-138-V165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NX-CL-138-V169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NX-CL-138-V169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NX-CL-138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NX-CL-138-V165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NX-CL-138-V169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NX-CL-138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NX-CL-138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NX-CL-138 Series</dc:title>
  <dc:subject>NexPro English product specification</dc:subject>
  <dc:creator>NexPro</dc:creator>
  <cp:keywords>NX-CL-138, NX-CL-138-V165, NX-CL-138-V169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